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A300" w14:textId="77777777" w:rsidR="00974EE8" w:rsidRDefault="00000000">
      <w:pPr>
        <w:spacing w:after="40" w:line="240" w:lineRule="auto"/>
        <w:jc w:val="center"/>
      </w:pPr>
      <w:r>
        <w:rPr>
          <w:b/>
          <w:color w:val="17593B"/>
          <w:sz w:val="30"/>
        </w:rPr>
        <w:t>HATER – HANDLOVÁ s.r.o.</w:t>
      </w:r>
    </w:p>
    <w:p w14:paraId="1D1EDF8A" w14:textId="77777777" w:rsidR="00974EE8" w:rsidRDefault="00000000">
      <w:pPr>
        <w:spacing w:after="40" w:line="240" w:lineRule="auto"/>
        <w:jc w:val="center"/>
      </w:pPr>
      <w:r>
        <w:rPr>
          <w:b/>
          <w:color w:val="5A7850"/>
          <w:sz w:val="17"/>
        </w:rPr>
        <w:t>REGISTROVANÝ SOCIÁLNY PODNIK</w:t>
      </w:r>
    </w:p>
    <w:p w14:paraId="44726EE0" w14:textId="0A88D485" w:rsidR="00974EE8" w:rsidRDefault="00000000">
      <w:pPr>
        <w:spacing w:after="40" w:line="240" w:lineRule="auto"/>
        <w:jc w:val="center"/>
      </w:pPr>
      <w:r>
        <w:rPr>
          <w:b/>
          <w:color w:val="17593B"/>
          <w:sz w:val="32"/>
        </w:rPr>
        <w:t>KANDIDÁTNY FORMULÁR</w:t>
      </w:r>
    </w:p>
    <w:p w14:paraId="751454A0" w14:textId="77777777" w:rsidR="00974EE8" w:rsidRPr="00836911" w:rsidRDefault="00000000">
      <w:pPr>
        <w:spacing w:after="40" w:line="240" w:lineRule="auto"/>
        <w:jc w:val="center"/>
        <w:rPr>
          <w:color w:val="EE0000"/>
          <w:sz w:val="32"/>
          <w:szCs w:val="32"/>
        </w:rPr>
      </w:pPr>
      <w:r w:rsidRPr="00836911">
        <w:rPr>
          <w:b/>
          <w:color w:val="EE0000"/>
          <w:sz w:val="32"/>
          <w:szCs w:val="32"/>
        </w:rPr>
        <w:t>VOĽBY DO PORADNÉHO VÝBORU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974EE8" w14:paraId="0B6DFE94" w14:textId="77777777">
        <w:trPr>
          <w:jc w:val="center"/>
        </w:trPr>
        <w:tc>
          <w:tcPr>
            <w:tcW w:w="10200" w:type="dxa"/>
            <w:shd w:val="clear" w:color="auto" w:fill="EAF4E4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F6262" w14:textId="77777777" w:rsidR="00974EE8" w:rsidRDefault="00000000">
            <w:pPr>
              <w:spacing w:after="20" w:line="240" w:lineRule="auto"/>
              <w:jc w:val="center"/>
            </w:pPr>
            <w:r>
              <w:rPr>
                <w:b/>
              </w:rPr>
              <w:t>Termín volieb: 17. december 2026</w:t>
            </w:r>
            <w:r>
              <w:br/>
            </w:r>
            <w:r>
              <w:rPr>
                <w:b/>
              </w:rPr>
              <w:t>Záujem o kandidatúru je potrebné nahlásiť najneskôr do 30. septembra 2026.</w:t>
            </w:r>
          </w:p>
        </w:tc>
      </w:tr>
    </w:tbl>
    <w:p w14:paraId="15CC375B" w14:textId="77777777" w:rsidR="00974EE8" w:rsidRDefault="00974EE8">
      <w:pPr>
        <w:spacing w:after="40" w:line="240" w:lineRule="auto"/>
      </w:pPr>
    </w:p>
    <w:p w14:paraId="6CA339F8" w14:textId="77777777" w:rsidR="00C93F10" w:rsidRDefault="00C93F10">
      <w:pPr>
        <w:spacing w:after="40" w:line="240" w:lineRule="auto"/>
      </w:pPr>
    </w:p>
    <w:p w14:paraId="3DEAB07C" w14:textId="77777777" w:rsidR="00C93F10" w:rsidRDefault="00C93F10">
      <w:pPr>
        <w:spacing w:after="40" w:line="240" w:lineRule="auto"/>
      </w:pPr>
    </w:p>
    <w:p w14:paraId="4FEE69F9" w14:textId="77777777" w:rsidR="00C93F10" w:rsidRDefault="00C93F10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974EE8" w14:paraId="467D110C" w14:textId="77777777">
        <w:trPr>
          <w:jc w:val="center"/>
        </w:trPr>
        <w:tc>
          <w:tcPr>
            <w:tcW w:w="102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44B64" w14:textId="77777777" w:rsidR="00974EE8" w:rsidRDefault="00000000">
            <w:pPr>
              <w:spacing w:after="20" w:line="240" w:lineRule="auto"/>
            </w:pPr>
            <w:r>
              <w:rPr>
                <w:b/>
              </w:rPr>
              <w:t>Meno a priezvisko kandidáta / kandidátky:</w:t>
            </w:r>
            <w:r>
              <w:br/>
              <w:t>____________________________________________________________________________________________</w:t>
            </w:r>
          </w:p>
        </w:tc>
      </w:tr>
      <w:tr w:rsidR="00974EE8" w14:paraId="779F2AA5" w14:textId="77777777">
        <w:trPr>
          <w:jc w:val="center"/>
        </w:trPr>
        <w:tc>
          <w:tcPr>
            <w:tcW w:w="102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3CB68" w14:textId="77777777" w:rsidR="00974EE8" w:rsidRDefault="00000000">
            <w:pPr>
              <w:spacing w:after="20" w:line="240" w:lineRule="auto"/>
            </w:pPr>
            <w:r>
              <w:rPr>
                <w:b/>
              </w:rPr>
              <w:t>Pracovné zaradenie / pracovisko:</w:t>
            </w:r>
            <w:r>
              <w:br/>
              <w:t>____________________________________________________________________________________________</w:t>
            </w:r>
          </w:p>
        </w:tc>
      </w:tr>
      <w:tr w:rsidR="00974EE8" w14:paraId="56489E95" w14:textId="77777777">
        <w:trPr>
          <w:jc w:val="center"/>
        </w:trPr>
        <w:tc>
          <w:tcPr>
            <w:tcW w:w="102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4024A" w14:textId="77777777" w:rsidR="00974EE8" w:rsidRDefault="00000000">
            <w:pPr>
              <w:spacing w:after="20" w:line="240" w:lineRule="auto"/>
            </w:pPr>
            <w:r>
              <w:rPr>
                <w:b/>
              </w:rPr>
              <w:t>Kontakt (telefón alebo e-mail):</w:t>
            </w:r>
            <w:r>
              <w:br/>
              <w:t>____________________________________________________________________________________________</w:t>
            </w:r>
          </w:p>
        </w:tc>
      </w:tr>
      <w:tr w:rsidR="00C93F10" w14:paraId="1694D539" w14:textId="77777777">
        <w:trPr>
          <w:jc w:val="center"/>
        </w:trPr>
        <w:tc>
          <w:tcPr>
            <w:tcW w:w="102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211C8" w14:textId="77777777" w:rsidR="00C93F10" w:rsidRDefault="00C93F10">
            <w:pPr>
              <w:spacing w:after="20" w:line="240" w:lineRule="auto"/>
              <w:rPr>
                <w:b/>
              </w:rPr>
            </w:pPr>
          </w:p>
          <w:p w14:paraId="404FE56B" w14:textId="77777777" w:rsidR="00C93F10" w:rsidRDefault="00C93F10">
            <w:pPr>
              <w:spacing w:after="20" w:line="240" w:lineRule="auto"/>
              <w:rPr>
                <w:b/>
              </w:rPr>
            </w:pPr>
          </w:p>
          <w:p w14:paraId="1260116A" w14:textId="77777777" w:rsidR="00C93F10" w:rsidRDefault="00C93F10">
            <w:pPr>
              <w:spacing w:after="20" w:line="240" w:lineRule="auto"/>
              <w:rPr>
                <w:b/>
              </w:rPr>
            </w:pPr>
          </w:p>
          <w:p w14:paraId="4EF48B67" w14:textId="77777777" w:rsidR="00C93F10" w:rsidRDefault="00C93F10">
            <w:pPr>
              <w:spacing w:after="20" w:line="240" w:lineRule="auto"/>
              <w:rPr>
                <w:b/>
              </w:rPr>
            </w:pPr>
          </w:p>
        </w:tc>
      </w:tr>
    </w:tbl>
    <w:p w14:paraId="3AF8A1D5" w14:textId="77777777" w:rsidR="00974EE8" w:rsidRDefault="00974EE8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974EE8" w14:paraId="4E0F472C" w14:textId="77777777">
        <w:trPr>
          <w:jc w:val="center"/>
        </w:trPr>
        <w:tc>
          <w:tcPr>
            <w:tcW w:w="10200" w:type="dxa"/>
            <w:shd w:val="clear" w:color="auto" w:fill="F6F1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52AD6" w14:textId="77777777" w:rsidR="00974EE8" w:rsidRDefault="00000000">
            <w:pPr>
              <w:spacing w:after="20" w:line="240" w:lineRule="auto"/>
            </w:pPr>
            <w:r>
              <w:rPr>
                <w:b/>
              </w:rPr>
              <w:t>VYHLÁSENIE KANDIDÁTA / KANDIDÁTKY</w:t>
            </w:r>
          </w:p>
          <w:p w14:paraId="1729585E" w14:textId="77777777" w:rsidR="00974EE8" w:rsidRDefault="00000000">
            <w:pPr>
              <w:spacing w:after="20" w:line="240" w:lineRule="auto"/>
            </w:pPr>
            <w:r>
              <w:t>Týmto vyjadrujem svoj záujem kandidovať za člena/členku Poradného výboru HATER – HANDLOVÁ s.r.o. vo voľbách, ktoré sa uskutočnia 17. decembra 2026.</w:t>
            </w:r>
          </w:p>
          <w:p w14:paraId="282FD51B" w14:textId="77777777" w:rsidR="00974EE8" w:rsidRDefault="00000000">
            <w:pPr>
              <w:spacing w:after="20" w:line="240" w:lineRule="auto"/>
            </w:pPr>
            <w:r>
              <w:t>Som oboznámený/á s tým, že člen Poradného výboru sa môže podieľať na rozvoji podniku a navrhovať opatrenia na zlepšenie pracovných podmienok.</w:t>
            </w:r>
          </w:p>
        </w:tc>
      </w:tr>
    </w:tbl>
    <w:p w14:paraId="3B2A3F12" w14:textId="77777777" w:rsidR="00974EE8" w:rsidRDefault="00974EE8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974EE8" w14:paraId="65937E42" w14:textId="77777777">
        <w:trPr>
          <w:jc w:val="center"/>
        </w:trPr>
        <w:tc>
          <w:tcPr>
            <w:tcW w:w="102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27871" w14:textId="77777777" w:rsidR="00974EE8" w:rsidRDefault="00000000">
            <w:pPr>
              <w:spacing w:after="20" w:line="240" w:lineRule="auto"/>
            </w:pPr>
            <w:r>
              <w:rPr>
                <w:b/>
              </w:rPr>
              <w:t>Prečo mám záujem kandidovať? (nepovinné)</w:t>
            </w:r>
            <w:r>
              <w:br/>
              <w:t>____________________________________________________________________________________________</w:t>
            </w:r>
            <w:r>
              <w:br/>
              <w:t>____________________________________________________________________________________________</w:t>
            </w:r>
            <w:r>
              <w:br/>
              <w:t>____________________________________________________________________________________________</w:t>
            </w:r>
          </w:p>
        </w:tc>
      </w:tr>
    </w:tbl>
    <w:p w14:paraId="665FA9CD" w14:textId="77777777" w:rsidR="00974EE8" w:rsidRDefault="00974EE8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974EE8" w14:paraId="3D828B68" w14:textId="77777777">
        <w:trPr>
          <w:jc w:val="center"/>
        </w:trPr>
        <w:tc>
          <w:tcPr>
            <w:tcW w:w="10200" w:type="dxa"/>
            <w:shd w:val="clear" w:color="auto" w:fill="EAF4E4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21907" w14:textId="77777777" w:rsidR="00974EE8" w:rsidRDefault="00000000">
            <w:pPr>
              <w:spacing w:after="20" w:line="240" w:lineRule="auto"/>
            </w:pPr>
            <w:r>
              <w:rPr>
                <w:b/>
              </w:rPr>
              <w:t>ODOVZDANIE FORMULÁRA</w:t>
            </w:r>
          </w:p>
          <w:p w14:paraId="0E870F8B" w14:textId="77777777" w:rsidR="00974EE8" w:rsidRDefault="00000000">
            <w:pPr>
              <w:spacing w:after="20" w:line="240" w:lineRule="auto"/>
            </w:pPr>
            <w:r>
              <w:t>Vyplnený kandidačný formulár je potrebné odovzdať najneskôr do 30. septembra 2026. Formulár je možné odovzdať na sekretariáte spoločnosti.</w:t>
            </w:r>
          </w:p>
          <w:p w14:paraId="6E6BED7B" w14:textId="77777777" w:rsidR="00974EE8" w:rsidRDefault="00000000">
            <w:pPr>
              <w:spacing w:after="20" w:line="240" w:lineRule="auto"/>
            </w:pPr>
            <w:r>
              <w:t>Kandidačný formulár je zároveň zverejnený na webovom sídle podniku.</w:t>
            </w:r>
          </w:p>
        </w:tc>
      </w:tr>
    </w:tbl>
    <w:p w14:paraId="542AFB35" w14:textId="77777777" w:rsidR="00974EE8" w:rsidRDefault="00974EE8">
      <w:pPr>
        <w:spacing w:after="40" w:line="240" w:lineRule="auto"/>
      </w:pPr>
    </w:p>
    <w:p w14:paraId="6C8BAA57" w14:textId="77777777" w:rsidR="00836911" w:rsidRDefault="00836911">
      <w:pPr>
        <w:spacing w:after="40" w:line="240" w:lineRule="auto"/>
        <w:jc w:val="right"/>
        <w:rPr>
          <w:i/>
        </w:rPr>
      </w:pPr>
    </w:p>
    <w:p w14:paraId="7CCB59D3" w14:textId="77777777" w:rsidR="00836911" w:rsidRDefault="00836911">
      <w:pPr>
        <w:spacing w:after="40" w:line="240" w:lineRule="auto"/>
        <w:jc w:val="right"/>
        <w:rPr>
          <w:i/>
        </w:rPr>
      </w:pPr>
    </w:p>
    <w:p w14:paraId="19B6F274" w14:textId="77777777" w:rsidR="00836911" w:rsidRDefault="00836911">
      <w:pPr>
        <w:spacing w:after="40" w:line="240" w:lineRule="auto"/>
        <w:jc w:val="right"/>
        <w:rPr>
          <w:i/>
        </w:rPr>
      </w:pPr>
    </w:p>
    <w:p w14:paraId="0FF405B6" w14:textId="2041DC8E" w:rsidR="00974EE8" w:rsidRDefault="00000000">
      <w:pPr>
        <w:spacing w:after="40" w:line="240" w:lineRule="auto"/>
        <w:jc w:val="right"/>
      </w:pPr>
      <w:r>
        <w:rPr>
          <w:i/>
        </w:rPr>
        <w:t>V __________________________ dňa __________________________</w:t>
      </w:r>
      <w:r>
        <w:rPr>
          <w:i/>
        </w:rPr>
        <w:br/>
      </w:r>
      <w:r>
        <w:rPr>
          <w:i/>
        </w:rPr>
        <w:br/>
      </w:r>
      <w:r>
        <w:rPr>
          <w:b/>
        </w:rPr>
        <w:t>Podpis kandidáta / kandidátky: ______________________________</w:t>
      </w:r>
    </w:p>
    <w:p w14:paraId="1F8BC859" w14:textId="77777777" w:rsidR="00974EE8" w:rsidRDefault="00974EE8">
      <w:pPr>
        <w:spacing w:after="40" w:line="240" w:lineRule="auto"/>
      </w:pPr>
    </w:p>
    <w:p w14:paraId="5091BEC5" w14:textId="77777777" w:rsidR="00974EE8" w:rsidRDefault="00000000">
      <w:pPr>
        <w:spacing w:after="40" w:line="240" w:lineRule="auto"/>
        <w:jc w:val="center"/>
      </w:pPr>
      <w:r>
        <w:rPr>
          <w:i/>
          <w:color w:val="5A645F"/>
          <w:sz w:val="17"/>
        </w:rPr>
        <w:t>Právny základ: zákon č. 112/2018 Z. z. o sociálnej ekonomike a sociálnych podnikoch, § 9.</w:t>
      </w:r>
    </w:p>
    <w:sectPr w:rsidR="00974EE8" w:rsidSect="00034616">
      <w:footerReference w:type="default" r:id="rId8"/>
      <w:pgSz w:w="12240" w:h="15840"/>
      <w:pgMar w:top="454" w:right="794" w:bottom="454" w:left="794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BE309" w14:textId="77777777" w:rsidR="00BC4CA4" w:rsidRDefault="00BC4CA4">
      <w:pPr>
        <w:spacing w:after="0" w:line="240" w:lineRule="auto"/>
      </w:pPr>
      <w:r>
        <w:separator/>
      </w:r>
    </w:p>
  </w:endnote>
  <w:endnote w:type="continuationSeparator" w:id="0">
    <w:p w14:paraId="0E37CC00" w14:textId="77777777" w:rsidR="00BC4CA4" w:rsidRDefault="00BC4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A4B38" w14:textId="77777777" w:rsidR="00974EE8" w:rsidRDefault="00000000">
    <w:pPr>
      <w:pStyle w:val="Pta"/>
      <w:jc w:val="center"/>
    </w:pPr>
    <w:r>
      <w:rPr>
        <w:color w:val="646E69"/>
        <w:sz w:val="16"/>
      </w:rPr>
      <w:t>HATER – HANDLOVÁ s.r.o.  |  Kandidatúra do Poradného výboru  | 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CE403" w14:textId="77777777" w:rsidR="00BC4CA4" w:rsidRDefault="00BC4CA4">
      <w:pPr>
        <w:spacing w:after="0" w:line="240" w:lineRule="auto"/>
      </w:pPr>
      <w:r>
        <w:separator/>
      </w:r>
    </w:p>
  </w:footnote>
  <w:footnote w:type="continuationSeparator" w:id="0">
    <w:p w14:paraId="411E28B8" w14:textId="77777777" w:rsidR="00BC4CA4" w:rsidRDefault="00BC4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8872111">
    <w:abstractNumId w:val="8"/>
  </w:num>
  <w:num w:numId="2" w16cid:durableId="224609270">
    <w:abstractNumId w:val="6"/>
  </w:num>
  <w:num w:numId="3" w16cid:durableId="937717478">
    <w:abstractNumId w:val="5"/>
  </w:num>
  <w:num w:numId="4" w16cid:durableId="1021973808">
    <w:abstractNumId w:val="4"/>
  </w:num>
  <w:num w:numId="5" w16cid:durableId="1073746802">
    <w:abstractNumId w:val="7"/>
  </w:num>
  <w:num w:numId="6" w16cid:durableId="169683936">
    <w:abstractNumId w:val="3"/>
  </w:num>
  <w:num w:numId="7" w16cid:durableId="475995423">
    <w:abstractNumId w:val="2"/>
  </w:num>
  <w:num w:numId="8" w16cid:durableId="79638716">
    <w:abstractNumId w:val="1"/>
  </w:num>
  <w:num w:numId="9" w16cid:durableId="1490367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1935"/>
    <w:rsid w:val="00326F90"/>
    <w:rsid w:val="00836911"/>
    <w:rsid w:val="00974EE8"/>
    <w:rsid w:val="00AA1D8D"/>
    <w:rsid w:val="00B47730"/>
    <w:rsid w:val="00BC4CA4"/>
    <w:rsid w:val="00C93F1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231FE5"/>
  <w14:defaultImageDpi w14:val="300"/>
  <w15:docId w15:val="{C5856A47-8B5B-45E2-8871-168ABB42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ptos" w:hAnsi="Aptos"/>
      <w:color w:val="19372D"/>
      <w:sz w:val="19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kanojka@gmail.com</cp:lastModifiedBy>
  <cp:revision>3</cp:revision>
  <dcterms:created xsi:type="dcterms:W3CDTF">2013-12-23T23:15:00Z</dcterms:created>
  <dcterms:modified xsi:type="dcterms:W3CDTF">2026-09-16T08:22:00Z</dcterms:modified>
  <cp:category/>
</cp:coreProperties>
</file>